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对话与反馈项目工坊教案</w:t>
      </w:r>
    </w:p>
    <w:p>
      <w:pPr>
        <w:jc w:val="center"/>
      </w:pPr>
      <w:r>
        <w:rPr>
          <w:b/>
          <w:sz w:val="26"/>
        </w:rPr>
        <w:t>让对话与学习一起发生  AI反馈与意义协商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课程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人工智能辅助语言学习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P1</w:t>
            </w:r>
          </w:p>
        </w:tc>
      </w:tr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课时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90分钟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对象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本科生</w:t>
            </w:r>
          </w:p>
        </w:tc>
      </w:tr>
    </w:tbl>
    <w:p/>
    <w:p>
      <w:pPr>
        <w:pStyle w:val="Heading1"/>
      </w:pPr>
      <w:r>
        <w:t>一 课程定位</w:t>
      </w:r>
    </w:p>
    <w:p>
      <w:r>
        <w:t>第4次课，90分钟。学生以小组为单位，把二语习得理论、interaction styles和提示词规则整合为一项可实施、可试用、可修改的AI口语学习活动。</w:t>
      </w:r>
    </w:p>
    <w:p>
      <w:pPr>
        <w:pStyle w:val="Heading1"/>
      </w:pPr>
      <w:r>
        <w:t>二 学习目标</w:t>
      </w:r>
    </w:p>
    <w:p>
      <w:pPr>
        <w:pStyle w:val="ListBullet"/>
      </w:pPr>
      <w:r>
        <w:t>区分流畅聊天与具有学习机会的互动。</w:t>
      </w:r>
    </w:p>
    <w:p>
      <w:pPr>
        <w:pStyle w:val="ListBullet"/>
      </w:pPr>
      <w:r>
        <w:t>根据口语目标选择interlocutor、narrator、entertainer或facilitator作为主要互动风格。</w:t>
      </w:r>
    </w:p>
    <w:p>
      <w:pPr>
        <w:pStyle w:val="ListBullet"/>
      </w:pPr>
      <w:r>
        <w:t>把输入、意义协商、输出、注意和支架转成AI行为规则与学习者任务。</w:t>
      </w:r>
    </w:p>
    <w:p>
      <w:pPr>
        <w:pStyle w:val="ListBullet"/>
      </w:pPr>
      <w:r>
        <w:t>依据一次5至10分钟试用分析AI与学习者行为，并提出下一轮修改。</w:t>
      </w:r>
    </w:p>
    <w:p>
      <w:pPr>
        <w:pStyle w:val="Heading1"/>
      </w:pPr>
      <w:r>
        <w:t>三 教学重点与难点</w:t>
      </w:r>
    </w:p>
    <w:p>
      <w:r>
        <w:rPr>
          <w:b/>
        </w:rPr>
        <w:t>教学重点：</w:t>
      </w:r>
      <w:r>
        <w:t>互动风格必须体现在内容控制、回合功能和学习者输出中；提示词只是落实活动设计的工具。</w:t>
      </w:r>
    </w:p>
    <w:p>
      <w:r>
        <w:rPr>
          <w:b/>
        </w:rPr>
        <w:t>教学难点：</w:t>
      </w:r>
      <w:r>
        <w:t>学生容易把风格写成人设标签，或把AI回复流畅当成学习发生。教师要持续追问学习者说了什么、注意了什么、反馈后是否再次表达。</w:t>
      </w:r>
    </w:p>
    <w:p>
      <w:pPr>
        <w:pStyle w:val="Heading1"/>
      </w:pPr>
      <w:r>
        <w:t>四 课前准备</w:t>
      </w:r>
    </w:p>
    <w:p>
      <w:r>
        <w:t>学生带第3次课的口语活动草案和一页任务信息。教师准备两段对话诊断材料、四风格活动卡、校园参访信息卡、离线对话分支卡及P1交付清单。</w:t>
      </w:r>
    </w:p>
    <w:p>
      <w:pPr>
        <w:pStyle w:val="Heading1"/>
      </w:pPr>
      <w:r>
        <w:t>五 教学过程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tblHeader w:val="true"/>
        </w:trP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b/>
                <w:color w:val="FFFFFF"/>
              </w:rPr>
              <w:t>时间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b/>
                <w:color w:val="FFFFFF"/>
              </w:rPr>
              <w:t>环节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b/>
                <w:color w:val="FFFFFF"/>
              </w:rPr>
              <w:t>教师活动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b/>
                <w:color w:val="FFFFFF"/>
              </w:rPr>
              <w:t>学生活动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b/>
                <w:color w:val="FFFFFF"/>
              </w:rPr>
              <w:t>学习证据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0–8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对话诊断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呈现“AI代答”和“AI促使澄清”两段对话；要求圈出学习者新增的信息。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先独立判断，再与同伴用具体回合解释。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学习者能以对话片段而非回复长度作判断。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8–18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理论回顾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用输入、互动、输出、注意和支架搭建机制链。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完成机制—AI行为—学习者行为对应卡。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每个理论至少对应一个可执行规则。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18–30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四风格画廊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以同一校园参访情境示范四种风格；说明综述四分法和实证论文interviewer的来源差异。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比较谁推动内容、回合完成什么功能、学习者产生什么输出。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能为口语目标选择合适风格。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30–35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微讨论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发放口语目标卡，追问“为什么选择这种风格”。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先个人决定，再组内形成一条选择理由。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理由同时包含目标和学习者行为。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35–50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活动设计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示范活动设计卡，巡视并追问交际结果、出口任务和反馈规则。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完成对象、目标、主风格、4至6步流程及3至5条AI规则。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形成可直接试用的最小活动。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50–62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第一轮试用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提醒保存模型、日期和完整对话；观察风格是否稳定。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轮换学习者、操作员和观察员，完成5至10分钟试用。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得到完整日志和一个关键片段。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62–67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理论检查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提出三问：AI是否代答、反馈后是否再表达、风格是否漂移。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标记一个有效机制和一个设计断点。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结论能指向真实回合。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67–79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修改再试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要求只改一个关键问题后复测。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修改风格指令、回合、反馈或出口任务中的一项。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形成前后可比较的迭代。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79–87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跨组诊断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组织交换设计卡和关键片段。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指出一处有效选择及一个待解决问题。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反馈具体、可操作。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87–90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Take away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展示P1三项交付并回收课堂要点。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说出今天带走的一条设计原则。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能用理论—风格—规则—证据表达。</w:t>
            </w:r>
          </w:p>
        </w:tc>
      </w:tr>
    </w:tbl>
    <w:p>
      <w:pPr>
        <w:pStyle w:val="Heading1"/>
      </w:pPr>
      <w:r>
        <w:t>六 教学组织与备选方案</w:t>
      </w:r>
    </w:p>
    <w:p>
      <w:r>
        <w:rPr>
          <w:b/>
        </w:rPr>
        <w:t>组织方式：</w:t>
      </w:r>
      <w:r>
        <w:t>对话诊断、同一情境变式示范、短时头脑风暴、角色轮换、两轮试用和同伴诊断。</w:t>
      </w:r>
    </w:p>
    <w:p>
      <w:r>
        <w:rPr>
          <w:b/>
        </w:rPr>
        <w:t>离线或未完成备选：</w:t>
      </w:r>
      <w:r>
        <w:t>网络不可用时使用教师预制的离线对话分支卡；每组仍按相同目标和观察表完成设计与诊断。</w:t>
      </w:r>
    </w:p>
    <w:p>
      <w:pPr>
        <w:pStyle w:val="Heading1"/>
      </w:pPr>
      <w:r>
        <w:t>七 项目评价</w:t>
      </w:r>
    </w:p>
    <w:p>
      <w:r>
        <w:t>P1占总评10%。目标与理论20%，活动设计及核心成果40%，证据解释25%，迭代15%；小组作品80%，个人解释与贡献20%。</w:t>
      </w:r>
    </w:p>
    <w:p>
      <w:pPr>
        <w:pStyle w:val="Heading1"/>
      </w:pPr>
      <w:r>
        <w:t>八 课后任务</w:t>
      </w:r>
    </w:p>
    <w:p>
      <w:r>
        <w:t>学生依据课堂试用整理P1项目交付清单，补齐最终成果、关键证据和迭代说明。过程材料留存备查，不要求把所有草稿整理成附件。</w:t>
      </w:r>
    </w:p>
    <w:p>
      <w:pPr>
        <w:pStyle w:val="Heading1"/>
      </w:pPr>
      <w:r>
        <w:t>九 参考资料</w:t>
      </w:r>
    </w:p>
    <w:p>
      <w:pPr>
        <w:pStyle w:val="ListNumber"/>
      </w:pPr>
      <w:r>
        <w:t>Du &amp; Reynolds (2025), Acta Psychologica, 259, 105307.</w:t>
      </w:r>
    </w:p>
    <w:p>
      <w:pPr>
        <w:pStyle w:val="ListNumber"/>
      </w:pPr>
      <w:r>
        <w:t>Du &amp; Reynolds (2025), Computer Assisted Language Learning. https://doi.org/10.1080/09588221.2025.2552116</w:t>
      </w:r>
    </w:p>
    <w:p>
      <w:pPr>
        <w:pStyle w:val="ListNumber"/>
      </w:pPr>
      <w:r>
        <w:t>Long (1996); Swain &amp; Lapkin (1995); Schmidt (1990).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宋体" w:hAnsi="宋体" w:eastAsia="宋体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